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46464"/>
          <w:sz w:val="44"/>
        </w:rPr>
        <w:t xml:space="preserve">LITERALLY </w:t>
      </w:r>
      <w:r>
        <w:rPr>
          <w:b/>
          <w:color w:val="F28C28"/>
          <w:sz w:val="44"/>
        </w:rPr>
        <w:t>TUTORING</w:t>
      </w:r>
    </w:p>
    <w:p>
      <w:pPr>
        <w:jc w:val="center"/>
      </w:pPr>
      <w:r>
        <w:rPr>
          <w:b/>
          <w:color w:val="333333"/>
          <w:sz w:val="40"/>
        </w:rPr>
        <w:t>Cookie Policy</w:t>
      </w:r>
    </w:p>
    <w:p>
      <w:r>
        <w:rPr>
          <w:b/>
        </w:rPr>
        <w:t xml:space="preserve">Provider: </w:t>
      </w:r>
      <w:r>
        <w:t>Joseph David Crawford, trading as Literally Tutoring</w:t>
      </w:r>
    </w:p>
    <w:p>
      <w:r>
        <w:rPr>
          <w:b/>
        </w:rPr>
        <w:t xml:space="preserve">Website: </w:t>
      </w:r>
      <w:r>
        <w:t>literallytutoring.co.uk</w:t>
      </w:r>
    </w:p>
    <w:p>
      <w:r>
        <w:rPr>
          <w:b/>
        </w:rPr>
        <w:t xml:space="preserve">Effective date: </w:t>
      </w:r>
      <w:r>
        <w:t>13 August 2026</w:t>
      </w:r>
    </w:p>
    <w:p>
      <w:r>
        <w:rPr>
          <w:b/>
        </w:rPr>
        <w:t xml:space="preserve">Review: </w:t>
      </w:r>
      <w:r>
        <w:t>At least annually and whenever website technologies materially change</w:t>
      </w:r>
    </w:p>
    <w:p>
      <w:pPr>
        <w:pStyle w:val="Heading1"/>
      </w:pPr>
      <w:r>
        <w:t>1. About this policy</w:t>
      </w:r>
    </w:p>
    <w:p>
      <w:r>
        <w:t>This Cookie Policy explains how literallytutoring.co.uk may use cookies and similar storage or access technologies. It should be read alongside the Literally Tutoring Privacy Policy.</w:t>
      </w:r>
    </w:p>
    <w:p>
      <w:r>
        <w:t>The website is operated by Joseph David Crawford, trading as Literally Tutoring, and is built and hosted using Wix. Wix and any enabled third-party services may use cookies or similar technologies in order to provide website functionality, security, preferences, analytics or other features.</w:t>
      </w:r>
    </w:p>
    <w:p>
      <w:r>
        <w:t>The exact technologies present on the website may change when Wix, installed applications or website settings change. Literally Tutoring will therefore review its cookie settings and this policy when material changes are made.</w:t>
      </w:r>
    </w:p>
    <w:p>
      <w:pPr>
        <w:pStyle w:val="Heading1"/>
      </w:pPr>
      <w:r>
        <w:t>2. What are cookies and similar technologies?</w:t>
      </w:r>
    </w:p>
    <w:p>
      <w:r>
        <w:t>A cookie is a small file or piece of information stored on, or accessed from, a device when a website is used. Cookies can help a website function, remember settings, maintain security, understand how the website is used or support other features.</w:t>
      </w:r>
    </w:p>
    <w:p>
      <w:r>
        <w:t>The rules also apply to other technologies that store information on or access information from a user’s device. These can include web storage, tracking pixels, scripts, tags and similar technologies. This policy uses the word “cookies” as a convenient shorthand where appropriate.</w:t>
      </w:r>
    </w:p>
    <w:p>
      <w:pPr>
        <w:pStyle w:val="Heading1"/>
      </w:pPr>
      <w:r>
        <w:t>3. Types of cookies that may be used</w:t>
      </w:r>
    </w:p>
    <w:p>
      <w:r>
        <w:t>Depending on the Wix configuration and features enabled on literallytutoring.co.uk, cookies may fall into the following broad categories:</w:t>
      </w:r>
    </w:p>
    <w:p>
      <w:pPr>
        <w:pStyle w:val="ListBullet"/>
      </w:pPr>
      <w:r>
        <w:t>Strictly necessary / essential cookies – used for core website functions, security, network management, fraud prevention, consent preferences or features required to provide a service requested by the visitor.</w:t>
      </w:r>
    </w:p>
    <w:p>
      <w:pPr>
        <w:pStyle w:val="ListBullet"/>
      </w:pPr>
      <w:r>
        <w:t>Functional cookies – used to remember choices or provide enhanced website functions.</w:t>
      </w:r>
    </w:p>
    <w:p>
      <w:pPr>
        <w:pStyle w:val="ListBullet"/>
      </w:pPr>
      <w:r>
        <w:t>Analytics or measurement cookies – used, where enabled, to understand website usage, such as visits, traffic or performance.</w:t>
      </w:r>
    </w:p>
    <w:p>
      <w:pPr>
        <w:pStyle w:val="ListBullet"/>
      </w:pPr>
      <w:r>
        <w:t>Marketing or advertising cookies – used, where enabled, to measure or personalise advertising, track visitors across services or support marketing activity.</w:t>
      </w:r>
    </w:p>
    <w:p>
      <w:r>
        <w:t>Literally Tutoring does not intend to use intrusive tracking simply because the technology is available. Optional analytics or marketing features should only be enabled where they have a genuine business purpose and can be used in accordance with applicable law.</w:t>
      </w:r>
    </w:p>
    <w:p>
      <w:pPr>
        <w:pStyle w:val="Heading1"/>
      </w:pPr>
      <w:r>
        <w:t>4. Essential cookies</w:t>
      </w:r>
    </w:p>
    <w:p>
      <w:r>
        <w:t>Some cookies or similar technologies may be exempt from the normal consent requirement where their use falls within an applicable legal exception, including where they are strictly necessary to provide a service specifically requested by the user.</w:t>
      </w:r>
    </w:p>
    <w:p>
      <w:r>
        <w:t>Where an exemption applies, Literally Tutoring may use the relevant technology without asking for consent. Visitors will nevertheless be given appropriate information about its use.</w:t>
      </w:r>
    </w:p>
    <w:p>
      <w:pPr>
        <w:pStyle w:val="Heading1"/>
      </w:pPr>
      <w:r>
        <w:t>5. Optional cookies and consent</w:t>
      </w:r>
    </w:p>
    <w:p>
      <w:r>
        <w:t>Where consent is legally required for a cookie or similar technology, it will not be treated as accepted merely because a visitor continues to browse the website.</w:t>
      </w:r>
    </w:p>
    <w:p>
      <w:r>
        <w:t>The website will use a consent mechanism, where required, that allows visitors to make a genuine choice about non-exempt cookies. Consent should be freely given, specific, informed and indicated through a clear positive action.</w:t>
      </w:r>
    </w:p>
    <w:p>
      <w:r>
        <w:t>Visitors should be able to reject or disable non-essential cookies as readily as they can accept them, and should be able to change or withdraw their preferences through the website’s cookie settings where the relevant Wix functionality is available.</w:t>
      </w:r>
    </w:p>
    <w:p>
      <w:r>
        <w:t>Withdrawing consent does not make earlier processing based on valid consent unlawful, but non-essential technologies relying on that consent should cease to be used for that visitor after withdrawal, subject to the technical operation of the website.</w:t>
      </w:r>
    </w:p>
    <w:p>
      <w:pPr>
        <w:pStyle w:val="Heading1"/>
      </w:pPr>
      <w:r>
        <w:t>6. Wix and third-party services</w:t>
      </w:r>
    </w:p>
    <w:p>
      <w:r>
        <w:t>Literallytutoring.co.uk is built and hosted using Wix. Wix may place or use cookies and similar technologies that are necessary for hosting, security, functionality, visitor-session management and other platform services.</w:t>
      </w:r>
    </w:p>
    <w:p>
      <w:r>
        <w:t>Additional third-party services may also set or access cookies if they are embedded in or connected to the website. Examples could include analytics, video, maps, social-media content, payment tools or other website applications if Literally Tutoring chooses to enable them.</w:t>
      </w:r>
    </w:p>
    <w:p>
      <w:r>
        <w:t>The presence and purpose of particular cookies depends on the website configuration. Literally Tutoring will use the Wix cookie-management and consent tools, where appropriate, to manage categories and visitor choices.</w:t>
      </w:r>
    </w:p>
    <w:p>
      <w:pPr>
        <w:pStyle w:val="Heading1"/>
      </w:pPr>
      <w:r>
        <w:t>7. Current cookie list</w:t>
      </w:r>
    </w:p>
    <w:p>
      <w:r>
        <w:t>Because the exact cookie names, providers, purposes and durations are generated by the live website configuration and can change when Wix or installed services are updated, this policy does not invent a fixed technical cookie inventory.</w:t>
      </w:r>
    </w:p>
    <w:p>
      <w:r>
        <w:t>Where the website uses cookies requiring detailed disclosure, the current cookie banner, cookie settings panel or associated Wix-generated information should identify the relevant categories and, where available, individual cookies or technologies.</w:t>
      </w:r>
    </w:p>
    <w:p>
      <w:r>
        <w:t>Literally Tutoring will periodically audit the live website to understand which storage and access technologies are in use, their purposes, whether they are first-party or third-party, and their retention periods.</w:t>
      </w:r>
    </w:p>
    <w:p>
      <w:pPr>
        <w:pStyle w:val="Heading1"/>
      </w:pPr>
      <w:r>
        <w:t>8. Analytics</w:t>
      </w:r>
    </w:p>
    <w:p>
      <w:r>
        <w:t>Literally Tutoring may use website analytics to understand general website performance and how visitors use the site. Where the relevant analytics technology requires consent under applicable rules, it will be disabled until valid consent or another applicable legal basis or exemption permits its use.</w:t>
      </w:r>
    </w:p>
    <w:p>
      <w:r>
        <w:t>Analytics information will be used for legitimate website-management purposes and not to make decisions about a learner’s educational provision.</w:t>
      </w:r>
    </w:p>
    <w:p>
      <w:pPr>
        <w:pStyle w:val="Heading1"/>
      </w:pPr>
      <w:r>
        <w:t>9. Embedded media and external links</w:t>
      </w:r>
    </w:p>
    <w:p>
      <w:r>
        <w:t>The website may include embedded content or links to services operated by other organisations. For example, an embedded video or other interactive service may cause the third-party provider to use its own storage or access technologies.</w:t>
      </w:r>
    </w:p>
    <w:p>
      <w:r>
        <w:t>Where Literally Tutoring controls whether non-essential third-party technology loads, appropriate consent controls will be used where required. External websites reached by following a link operate under their own privacy and cookie arrangements.</w:t>
      </w:r>
    </w:p>
    <w:p>
      <w:pPr>
        <w:pStyle w:val="Heading1"/>
      </w:pPr>
      <w:r>
        <w:t>10. Managing cookies</w:t>
      </w:r>
    </w:p>
    <w:p>
      <w:r>
        <w:t>Visitors can manage non-essential cookie choices through the website’s cookie banner or cookie settings where provided. Browser settings may also allow users to block, delete or restrict cookies.</w:t>
      </w:r>
    </w:p>
    <w:p>
      <w:r>
        <w:t>Blocking some cookies may affect website functionality. Strictly necessary technologies may still operate where they are required to provide a feature or service requested by the visitor or otherwise fall within an applicable exemption.</w:t>
      </w:r>
    </w:p>
    <w:p>
      <w:pPr>
        <w:pStyle w:val="Heading1"/>
      </w:pPr>
      <w:r>
        <w:t>11. Personal information</w:t>
      </w:r>
    </w:p>
    <w:p>
      <w:r>
        <w:t>Some cookie or similar-technology data may constitute personal information, for example where it can be linked to an identifiable visitor or device. Where personal information is processed, the UK GDPR and Data Protection Act 2018 may apply in addition to the rules governing storage and access technologies.</w:t>
      </w:r>
    </w:p>
    <w:p>
      <w:r>
        <w:t>Further information about how Literally Tutoring handles personal information, including rights and contact arrangements, is set out in the Literally Tutoring Privacy Policy.</w:t>
      </w:r>
    </w:p>
    <w:p>
      <w:pPr>
        <w:pStyle w:val="Heading1"/>
      </w:pPr>
      <w:r>
        <w:t>12. Children and the website</w:t>
      </w:r>
    </w:p>
    <w:p>
      <w:r>
        <w:t>Literally Tutoring provides educational services that may involve children, but routine bookings and business communication for learners under 18 are conducted through a parent or guardian.</w:t>
      </w:r>
    </w:p>
    <w:p>
      <w:r>
        <w:t>Literally Tutoring will take particular care before enabling tracking, profiling or marketing technologies that could involve children. The website is not intended to use behavioural advertising directed at children.</w:t>
      </w:r>
    </w:p>
    <w:p>
      <w:pPr>
        <w:pStyle w:val="Heading1"/>
      </w:pPr>
      <w:r>
        <w:t>13. Changes to this policy</w:t>
      </w:r>
    </w:p>
    <w:p>
      <w:r>
        <w:t>This Cookie Policy may be updated when website features, Wix services, third-party integrations, applicable law or regulatory guidance change. The current version will be made available through literallytutoring.co.uk.</w:t>
      </w:r>
    </w:p>
    <w:p>
      <w:pPr>
        <w:pStyle w:val="Heading1"/>
      </w:pPr>
      <w:r>
        <w:t>14. Contact</w:t>
      </w:r>
    </w:p>
    <w:p>
      <w:r>
        <w:t>Questions about this Cookie Policy or the use of cookies on literallytutoring.co.uk can be raised using the contact details published on the website.</w:t>
      </w:r>
    </w:p>
    <w:p>
      <w:pPr>
        <w:pStyle w:val="Heading1"/>
      </w:pPr>
      <w:r>
        <w:t>Reference framework</w:t>
      </w:r>
    </w:p>
    <w:p>
      <w:r>
        <w:t>This policy has been prepared with reference to the Privacy and Electronic Communications (EC Directive) Regulations 2003 (PECR), as amended; the UK GDPR and Data Protection Act 2018 where personal data is involved; and the Information Commissioner’s Office final Guidance on the use of storage and access technologies, updated 29 April 2026 to reflect changes including the Data (Use and Access) Act 2025.</w:t>
      </w:r>
    </w:p>
    <w:p>
      <w:r>
        <w:t>This policy is intended as a proportionate working document for the Literally Tutoring website. The live Wix cookie configuration and consent settings should be checked whenever website functionality or third-party integrations change.</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Literally Tutoring • Cookie Policy • Version 1.0 •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F28C28"/>
        <w:sz w:val="18"/>
      </w:rPr>
      <w:t>LITERALLY TUTORING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F28C2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