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46464"/>
          <w:sz w:val="44"/>
        </w:rPr>
        <w:t xml:space="preserve">LITERALLY </w:t>
      </w:r>
      <w:r>
        <w:rPr>
          <w:b/>
          <w:color w:val="F28C28"/>
          <w:sz w:val="44"/>
        </w:rPr>
        <w:t>TUTORING</w:t>
      </w:r>
    </w:p>
    <w:p>
      <w:pPr>
        <w:jc w:val="center"/>
      </w:pPr>
      <w:r>
        <w:rPr>
          <w:b/>
          <w:color w:val="333333"/>
          <w:sz w:val="40"/>
        </w:rPr>
        <w:t>Terms &amp; Conditions</w:t>
      </w:r>
    </w:p>
    <w:p>
      <w:r>
        <w:rPr>
          <w:b/>
        </w:rPr>
        <w:t xml:space="preserve">Provider: </w:t>
      </w:r>
      <w:r>
        <w:t>Joseph David Crawford, trading as Literally Tutoring</w:t>
      </w:r>
    </w:p>
    <w:p>
      <w:r>
        <w:rPr>
          <w:b/>
        </w:rPr>
        <w:t xml:space="preserve">Website: </w:t>
      </w:r>
      <w:r>
        <w:t>literallytutoring.co.uk</w:t>
      </w:r>
    </w:p>
    <w:p>
      <w:r>
        <w:rPr>
          <w:b/>
        </w:rPr>
        <w:t xml:space="preserve">Effective date: </w:t>
      </w:r>
      <w:r>
        <w:t>13 August 2026</w:t>
      </w:r>
    </w:p>
    <w:p>
      <w:r>
        <w:rPr>
          <w:b/>
        </w:rPr>
        <w:t xml:space="preserve">Applies to: </w:t>
      </w:r>
      <w:r>
        <w:t>Private English tuition provided online or in person</w:t>
      </w:r>
    </w:p>
    <w:p>
      <w:pPr>
        <w:pStyle w:val="Heading1"/>
      </w:pPr>
      <w:r>
        <w:t>1. About these terms</w:t>
      </w:r>
    </w:p>
    <w:p>
      <w:r>
        <w:t>These Terms &amp; Conditions set out the basis on which Joseph David Crawford, trading as Literally Tutoring, provides private tuition. They are intended to be clear and practical and do not affect any rights that a consumer has under UK law.</w:t>
      </w:r>
    </w:p>
    <w:p>
      <w:r>
        <w:t>For a learner under 18, the contracting customer will normally be the parent or guardian who arranges and pays for tuition. An under-18 learner may make an initial enquiry, but a parent or guardian must approve the booking before tuition takes place.</w:t>
      </w:r>
    </w:p>
    <w:p>
      <w:r>
        <w:t>A booking is treated as confirmed when Literally Tutoring and the customer have agreed the lesson date, time, format and price in writing or another durable electronic form and any required advance payment has been made.</w:t>
      </w:r>
    </w:p>
    <w:p>
      <w:pPr>
        <w:pStyle w:val="Heading1"/>
      </w:pPr>
      <w:r>
        <w:t>2. The tutoring service</w:t>
      </w:r>
    </w:p>
    <w:p>
      <w:r>
        <w:t>Literally Tutoring provides private English tuition, including KS3 and GCSE-level tuition and support adapted to the learner’s needs. Tuition may be delivered online or, where agreed, in the learner’s home.</w:t>
      </w:r>
    </w:p>
    <w:p>
      <w:r>
        <w:t>Tuition is tailored to the individual learner. Literally Tutoring will exercise reasonable care and skill in providing the service but cannot guarantee a particular examination grade, school result, assessment outcome or rate of progress.</w:t>
      </w:r>
    </w:p>
    <w:p>
      <w:r>
        <w:t>The customer is responsible for providing accurate information that is reasonably relevant to the learner’s tuition, including examination board, current attainment, learning needs and any information necessary to provide the service safely and appropriately.</w:t>
      </w:r>
    </w:p>
    <w:p>
      <w:pPr>
        <w:pStyle w:val="Heading1"/>
      </w:pPr>
      <w:r>
        <w:t>3. Prices and payment</w:t>
      </w:r>
    </w:p>
    <w:p>
      <w:r>
        <w:t>The price applicable to a lesson will be the price communicated to the customer before the booking is confirmed. Prices displayed on literallytutoring.co.uk may be updated from time to time, but a change will not retrospectively alter the price of a lesson that has already been confirmed.</w:t>
      </w:r>
    </w:p>
    <w:p>
      <w:r>
        <w:t>Unless otherwise agreed in writing, payment is due in advance of the lesson by the payment method agreed with Literally Tutoring. A written or electronic record of the booking and payment will be maintained.</w:t>
      </w:r>
    </w:p>
    <w:p>
      <w:r>
        <w:t>Any package, block booking or recurring arrangement offered in future will be subject to any additional terms clearly provided before the customer commits to it.</w:t>
      </w:r>
    </w:p>
    <w:p>
      <w:pPr>
        <w:pStyle w:val="Heading1"/>
      </w:pPr>
      <w:r>
        <w:t>4. Consumer cancellation rights for new contracts</w:t>
      </w:r>
    </w:p>
    <w:p>
      <w:r>
        <w:t>Where a consumer enters into a contract with Literally Tutoring at a distance—for example online, by email or by telephone—or in circumstances where statutory off-premises cancellation rights apply, the consumer will normally have a 14-day legal cancellation period beginning after the contract is made, subject to the applicable Consumer Contracts Regulations.</w:t>
      </w:r>
    </w:p>
    <w:p>
      <w:r>
        <w:t>If the customer wants tuition to begin during that 14-day period, Literally Tutoring will obtain the customer’s express request to begin the service early. If the customer then exercises a statutory right to cancel before the service has been fully performed, the customer may be required to pay a proportionate amount for tuition already supplied, where the law permits.</w:t>
      </w:r>
    </w:p>
    <w:p>
      <w:r>
        <w:t>Where a service has been fully performed during the cancellation period following the customer’s express request and the legally required acknowledgement has been given, the statutory cancellation right may be lost. Nothing in these Terms limits a statutory cancellation right.</w:t>
      </w:r>
    </w:p>
    <w:p>
      <w:pPr>
        <w:pStyle w:val="Heading1"/>
      </w:pPr>
      <w:r>
        <w:t>5. Rescheduling and cancellation of individual lessons</w:t>
      </w:r>
    </w:p>
    <w:p>
      <w:r>
        <w:t>Literally Tutoring aims to apply a simple and reasonable cancellation policy.</w:t>
      </w:r>
    </w:p>
    <w:p>
      <w:pPr>
        <w:pStyle w:val="ListBullet"/>
      </w:pPr>
      <w:r>
        <w:t>Where the customer gives at least 24 hours’ notice before the scheduled lesson, the lesson may be rescheduled without charge or any advance lesson payment may be refunded.</w:t>
      </w:r>
    </w:p>
    <w:p>
      <w:pPr>
        <w:pStyle w:val="ListBullet"/>
      </w:pPr>
      <w:r>
        <w:t>Where the customer cancels with less than 24 hours’ notice, Literally Tutoring reserves the right to charge for the booked lesson, reflecting the time that was reserved and the reduced opportunity to offer that appointment to another learner.</w:t>
      </w:r>
    </w:p>
    <w:p>
      <w:pPr>
        <w:pStyle w:val="ListBullet"/>
      </w:pPr>
      <w:r>
        <w:t>Literally Tutoring may waive a late-cancellation charge where it considers this reasonable in the circumstances, including genuine emergencies. Any waiver on one occasion does not automatically waive the policy for future bookings.</w:t>
      </w:r>
    </w:p>
    <w:p>
      <w:pPr>
        <w:pStyle w:val="ListBullet"/>
      </w:pPr>
      <w:r>
        <w:t>If Literally Tutoring cancels a lesson, the customer will be offered a reasonable alternative date or a full refund of the amount paid for that lesson.</w:t>
      </w:r>
    </w:p>
    <w:p>
      <w:r>
        <w:t>This lesson cancellation policy is separate from any statutory consumer right to cancel a newly formed distance or off-premises contract.</w:t>
      </w:r>
    </w:p>
    <w:p>
      <w:pPr>
        <w:pStyle w:val="Heading1"/>
      </w:pPr>
      <w:r>
        <w:t>6. Late arrival and no-shows</w:t>
      </w:r>
    </w:p>
    <w:p>
      <w:r>
        <w:t>A lesson will normally end at its scheduled finishing time even if the learner arrives late, unless Literally Tutoring agrees otherwise.</w:t>
      </w:r>
    </w:p>
    <w:p>
      <w:r>
        <w:t>For an under-18 learner who does not attend an online lesson, Literally Tutoring will wait for up to 15 minutes and attempt to contact the parent or guardian. If there is no response, the lesson may be treated as a no-show and ended.</w:t>
      </w:r>
    </w:p>
    <w:p>
      <w:r>
        <w:t>A no-show may be treated in the same way as a cancellation made with less than 24 hours’ notice. Where non-attendance creates a genuine welfare concern, Literally Tutoring will follow its Safeguarding &amp; Child Protection Policy.</w:t>
      </w:r>
    </w:p>
    <w:p>
      <w:pPr>
        <w:pStyle w:val="Heading1"/>
      </w:pPr>
      <w:r>
        <w:t>7. In-person tuition</w:t>
      </w:r>
    </w:p>
    <w:p>
      <w:r>
        <w:t>In-person tuition is provided at an agreed location, normally the learner’s home. Literally Tutoring does not provide tuition in the tutor’s own home.</w:t>
      </w:r>
    </w:p>
    <w:p>
      <w:r>
        <w:t>For a learner under 18, a parent, guardian or other responsible adult must remain in the property throughout an in-person lesson, although they do not need to remain in the teaching room.</w:t>
      </w:r>
    </w:p>
    <w:p>
      <w:r>
        <w:t>The customer must provide a reasonably safe, appropriate and suitable environment for tuition. Literally Tutoring may stop, decline or rearrange an in-person lesson where the environment presents a reasonable safety, safeguarding or professional-boundary concern.</w:t>
      </w:r>
    </w:p>
    <w:p>
      <w:r>
        <w:t>Literally Tutoring does not provide transport for learners and does not accept responsibility for childcare or supervision outside the agreed lesson period.</w:t>
      </w:r>
    </w:p>
    <w:p>
      <w:pPr>
        <w:pStyle w:val="Heading1"/>
      </w:pPr>
      <w:r>
        <w:t>8. Online tuition</w:t>
      </w:r>
    </w:p>
    <w:p>
      <w:r>
        <w:t>Online tuition may be provided through Google Meet, Zoom, Microsoft Teams or another mutually agreed platform. The customer is responsible for providing a suitable device, internet connection and environment for the learner.</w:t>
      </w:r>
    </w:p>
    <w:p>
      <w:r>
        <w:t>Literally Tutoring is not responsible for failures of the customer’s device, internet connection or third-party platform that are outside Literally Tutoring’s reasonable control. Where a significant technical problem prevents a lesson from taking place, the parties will act reasonably in deciding whether to continue, rearrange or refund the affected portion of the lesson.</w:t>
      </w:r>
    </w:p>
    <w:p>
      <w:r>
        <w:t>Lessons are not recorded as standard. A lesson will only be recorded where there is a clear reason and prior written agreement has been obtained from the parent or guardian, or from an adult learner, in accordance with the Privacy Policy.</w:t>
      </w:r>
    </w:p>
    <w:p>
      <w:pPr>
        <w:pStyle w:val="Heading1"/>
      </w:pPr>
      <w:r>
        <w:t>9. Communication with learners under 18</w:t>
      </w:r>
    </w:p>
    <w:p>
      <w:r>
        <w:t>Routine communication concerning an under-18 learner—including booking, payment, scheduling, resources and progress—will be conducted through the parent or guardian.</w:t>
      </w:r>
    </w:p>
    <w:p>
      <w:r>
        <w:t>Literally Tutoring will not establish private social-media contact or routine private messaging or email communication with an under-18 learner outside the tutoring session.</w:t>
      </w:r>
    </w:p>
    <w:p>
      <w:r>
        <w:t>Where a learner under 18 makes an initial enquiry themselves, no lesson will be confirmed until the parent or guardian has approved the arrangement.</w:t>
      </w:r>
    </w:p>
    <w:p>
      <w:pPr>
        <w:pStyle w:val="Heading1"/>
      </w:pPr>
      <w:r>
        <w:t>10. Safeguarding and conduct</w:t>
      </w:r>
    </w:p>
    <w:p>
      <w:r>
        <w:t>All tuition is subject to the Literally Tutoring Safeguarding &amp; Child Protection Policy. The welfare of children and young people takes priority over ordinary confidentiality where a safeguarding concern arises.</w:t>
      </w:r>
    </w:p>
    <w:p>
      <w:r>
        <w:t>Literally Tutoring may end or suspend a lesson immediately where there are serious grounds to do so, including a safeguarding risk, threatening or abusive behaviour, harassment, discrimination, an unsafe environment or conduct that makes continuation inappropriate.</w:t>
      </w:r>
    </w:p>
    <w:p>
      <w:r>
        <w:t>Where Literally Tutoring ends an ongoing tutoring arrangement for reasons that do not require immediate termination, reasonable notice will normally be given. Any payment for lessons that Literally Tutoring cancels and does not provide will be refunded unless otherwise lawfully agreed.</w:t>
      </w:r>
    </w:p>
    <w:p>
      <w:pPr>
        <w:pStyle w:val="Heading1"/>
      </w:pPr>
      <w:r>
        <w:t>11. Learning materials and intellectual property</w:t>
      </w:r>
    </w:p>
    <w:p>
      <w:r>
        <w:t>Literally Tutoring may provide or recommend worksheets, notes, extracts, presentations, links and other educational materials. Materials created by Literally Tutoring remain the intellectual property of their respective owner and are supplied for the learner’s personal educational use unless otherwise stated.</w:t>
      </w:r>
    </w:p>
    <w:p>
      <w:r>
        <w:t>Third-party materials remain subject to the rights and licences of their respective owners. Customers and learners must not represent Literally Tutoring materials as their own commercial work, sell them or redistribute them commercially without permission.</w:t>
      </w:r>
    </w:p>
    <w:p>
      <w:pPr>
        <w:pStyle w:val="Heading1"/>
      </w:pPr>
      <w:r>
        <w:t>12. Privacy and records</w:t>
      </w:r>
    </w:p>
    <w:p>
      <w:r>
        <w:t>Personal information is handled in accordance with the Literally Tutoring Privacy Policy. This includes information supplied through enquiries, bookings, educational records, SEND information, payment records and any safeguarding information.</w:t>
      </w:r>
    </w:p>
    <w:p>
      <w:r>
        <w:t>Literally Tutoring may keep reasonable records of bookings, attendance, progress, communications, payments and complaints. Safeguarding information is handled under the separate Safeguarding &amp; Child Protection Policy.</w:t>
      </w:r>
    </w:p>
    <w:p>
      <w:pPr>
        <w:pStyle w:val="Heading1"/>
      </w:pPr>
      <w:r>
        <w:t>13. Complaints</w:t>
      </w:r>
    </w:p>
    <w:p>
      <w:r>
        <w:t>Literally Tutoring aims to resolve concerns promptly and fairly. A customer should normally raise a concern informally first using the contact details at literallytutoring.co.uk.</w:t>
      </w:r>
    </w:p>
    <w:p>
      <w:r>
        <w:t>If the matter is not resolved, the customer may submit a formal written complaint. Literally Tutoring will normally acknowledge a formal complaint within two working days and aim to provide a substantive response within five working days. More complex matters may require longer; if so, the customer will be informed.</w:t>
      </w:r>
    </w:p>
    <w:p>
      <w:r>
        <w:t>The separate Complaints Policy provides further detail.</w:t>
      </w:r>
    </w:p>
    <w:p>
      <w:pPr>
        <w:pStyle w:val="Heading1"/>
      </w:pPr>
      <w:r>
        <w:t>14. Ending an ongoing tutoring arrangement</w:t>
      </w:r>
    </w:p>
    <w:p>
      <w:r>
        <w:t>Either the customer or Literally Tutoring may end an ongoing, non-fixed tutoring arrangement. The customer is not required to commit to a minimum number of future lessons unless a separate arrangement has been expressly agreed.</w:t>
      </w:r>
    </w:p>
    <w:p>
      <w:r>
        <w:t>Confirmed individual lessons remain subject to the cancellation terms above. Literally Tutoring will not charge the customer for future lessons that have not been booked or otherwise validly committed to.</w:t>
      </w:r>
    </w:p>
    <w:p>
      <w:r>
        <w:t>Literally Tutoring may decline future bookings where the tutoring relationship is no longer workable, provided this is done fairly and without unlawful discrimination.</w:t>
      </w:r>
    </w:p>
    <w:p>
      <w:pPr>
        <w:pStyle w:val="Heading1"/>
      </w:pPr>
      <w:r>
        <w:t>15. Liability and consumer rights</w:t>
      </w:r>
    </w:p>
    <w:p>
      <w:r>
        <w:t>Nothing in these Terms excludes or limits liability where doing so would be unlawful, including liability for death or personal injury caused by negligence, fraud or fraudulent misrepresentation, or rights that cannot legally be excluded under consumer law.</w:t>
      </w:r>
    </w:p>
    <w:p>
      <w:r>
        <w:t>Literally Tutoring will provide the tutoring service with reasonable care and skill. If the service is not provided with reasonable care and skill, the customer may have remedies under the Consumer Rights Act 2015.</w:t>
      </w:r>
    </w:p>
    <w:p>
      <w:r>
        <w:t>Literally Tutoring is not responsible for losses that could not reasonably have been foreseen when the contract was made, or for failures caused by events genuinely outside its reasonable control, except where the law provides otherwise.</w:t>
      </w:r>
    </w:p>
    <w:p>
      <w:r>
        <w:t>Academic outcomes depend on many factors outside the tutor’s control. A disappointing examination result or failure to achieve a predicted grade does not by itself establish that the tutoring service was provided without reasonable care and skill.</w:t>
      </w:r>
    </w:p>
    <w:p>
      <w:pPr>
        <w:pStyle w:val="Heading1"/>
      </w:pPr>
      <w:r>
        <w:t>16. Changes to these Terms</w:t>
      </w:r>
    </w:p>
    <w:p>
      <w:r>
        <w:t>Literally Tutoring may update these Terms for future bookings to reflect changes in the service, law or business practice. The version applicable to a confirmed booking will not be changed retrospectively in a way that unfairly disadvantages the customer.</w:t>
      </w:r>
    </w:p>
    <w:p>
      <w:r>
        <w:t>Where an ongoing arrangement is materially affected by a proposed change, the customer will be given reasonable notice and an opportunity to end the arrangement before the change takes effect where appropriate.</w:t>
      </w:r>
    </w:p>
    <w:p>
      <w:pPr>
        <w:pStyle w:val="Heading1"/>
      </w:pPr>
      <w:r>
        <w:t>17. Governing law</w:t>
      </w:r>
    </w:p>
    <w:p>
      <w:r>
        <w:t>These Terms are governed by the law of England and Wales. Nothing in this section deprives a consumer of any mandatory legal protection or right to bring proceedings in a court available to them under applicable consumer law.</w:t>
      </w:r>
    </w:p>
    <w:p>
      <w:pPr>
        <w:pStyle w:val="Heading1"/>
      </w:pPr>
      <w:r>
        <w:t>18. Contact</w:t>
      </w:r>
    </w:p>
    <w:p>
      <w:r>
        <w:t>Questions about these Terms, cancellations or the tutoring service can be raised using the contact details published at literallytutoring.co.uk.</w:t>
      </w:r>
    </w:p>
    <w:p>
      <w:pPr>
        <w:pStyle w:val="Heading1"/>
      </w:pPr>
      <w:r>
        <w:t>Reference framework</w:t>
      </w:r>
    </w:p>
    <w:p>
      <w:r>
        <w:t>These Terms have been prepared with reference to the Consumer Rights Act 2015, the Consumer Contracts (Information, Cancellation and Additional Charges) Regulations 2013, and current Competition and Markets Authority guidance on fair consumer contract terms. They are intended as practical terms for an independent tutoring service and should be reviewed if Literally Tutoring later introduces subscriptions, long-term packages, automatic renewals or materially different services.</w:t>
      </w:r>
    </w:p>
    <w:p>
      <w:r>
        <w:t>These Terms are a business working document and are not a substitute for individual legal advice.</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Literally Tutoring • Terms &amp; Conditions • Version 1.0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F28C28"/>
        <w:sz w:val="18"/>
      </w:rPr>
      <w:t>LITERALLY TUTORING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F28C28"/>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