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46464"/>
          <w:sz w:val="44"/>
        </w:rPr>
        <w:t xml:space="preserve">LITERALLY </w:t>
      </w:r>
      <w:r>
        <w:rPr>
          <w:b/>
          <w:color w:val="F28C28"/>
          <w:sz w:val="44"/>
        </w:rPr>
        <w:t>TUTORING</w:t>
      </w:r>
    </w:p>
    <w:p>
      <w:pPr>
        <w:jc w:val="center"/>
      </w:pPr>
      <w:r>
        <w:rPr>
          <w:b/>
          <w:color w:val="333333"/>
          <w:sz w:val="40"/>
        </w:rPr>
        <w:t>Privacy Policy</w:t>
      </w:r>
    </w:p>
    <w:p>
      <w:r>
        <w:rPr>
          <w:b/>
        </w:rPr>
        <w:t xml:space="preserve">Data controller: </w:t>
      </w:r>
      <w:r>
        <w:t>Joseph David Crawford, trading as Literally Tutoring</w:t>
      </w:r>
    </w:p>
    <w:p>
      <w:r>
        <w:rPr>
          <w:b/>
        </w:rPr>
        <w:t xml:space="preserve">Website: </w:t>
      </w:r>
      <w:r>
        <w:t>literallytutoring.co.uk</w:t>
      </w:r>
    </w:p>
    <w:p>
      <w:r>
        <w:rPr>
          <w:b/>
        </w:rPr>
        <w:t xml:space="preserve">Effective date: </w:t>
      </w:r>
      <w:r>
        <w:t>13 August 2026</w:t>
      </w:r>
    </w:p>
    <w:p>
      <w:r>
        <w:rPr>
          <w:b/>
        </w:rPr>
        <w:t xml:space="preserve">Review: </w:t>
      </w:r>
      <w:r>
        <w:t>At least annually, and sooner if law, guidance or business practices change</w:t>
      </w:r>
    </w:p>
    <w:p>
      <w:pPr>
        <w:pStyle w:val="Heading1"/>
      </w:pPr>
      <w:r>
        <w:t>1. About this policy</w:t>
      </w:r>
    </w:p>
    <w:p>
      <w:r>
        <w:t>This Privacy Policy explains how Literally Tutoring collects, uses, stores and shares personal information. Literally Tutoring is operated by Joseph David Crawford as a sole trader and is the data controller for the personal information described in this policy.</w:t>
      </w:r>
    </w:p>
    <w:p>
      <w:r>
        <w:t>The service provides private English tuition to children, young people and adults, online and in person. Because many learners are under 18, Literally Tutoring aims to explain its use of personal information clearly and to handle children’s information with particular care.</w:t>
      </w:r>
    </w:p>
    <w:p>
      <w:r>
        <w:t>This policy should be read alongside the Literally Tutoring Safeguarding &amp; Child Protection Policy and Terms and Conditions.</w:t>
      </w:r>
    </w:p>
    <w:p>
      <w:pPr>
        <w:pStyle w:val="Heading1"/>
      </w:pPr>
      <w:r>
        <w:t>2. Information we may collect</w:t>
      </w:r>
    </w:p>
    <w:p>
      <w:r>
        <w:t>Depending on the service requested, Literally Tutoring may collect:</w:t>
      </w:r>
    </w:p>
    <w:p>
      <w:pPr>
        <w:pStyle w:val="ListBullet"/>
      </w:pPr>
      <w:r>
        <w:t>Learner name, date of birth and age/year group.</w:t>
      </w:r>
    </w:p>
    <w:p>
      <w:pPr>
        <w:pStyle w:val="ListBullet"/>
      </w:pPr>
      <w:r>
        <w:t>Parent or guardian name and contact details where the learner is under 18.</w:t>
      </w:r>
    </w:p>
    <w:p>
      <w:pPr>
        <w:pStyle w:val="ListBullet"/>
      </w:pPr>
      <w:r>
        <w:t>Email address, telephone number and relevant address details.</w:t>
      </w:r>
    </w:p>
    <w:p>
      <w:pPr>
        <w:pStyle w:val="ListBullet"/>
      </w:pPr>
      <w:r>
        <w:t>School, examination board, subjects, targets, attainment information and educational needs.</w:t>
      </w:r>
    </w:p>
    <w:p>
      <w:pPr>
        <w:pStyle w:val="ListBullet"/>
      </w:pPr>
      <w:r>
        <w:t>Information supplied through website contact forms, enquiries and correspondence.</w:t>
      </w:r>
    </w:p>
    <w:p>
      <w:pPr>
        <w:pStyle w:val="ListBullet"/>
      </w:pPr>
      <w:r>
        <w:t>Lesson bookings, attendance, progress notes, feedback and records of resources or work discussed.</w:t>
      </w:r>
    </w:p>
    <w:p>
      <w:pPr>
        <w:pStyle w:val="ListBullet"/>
      </w:pPr>
      <w:r>
        <w:t>Payment, invoice and transaction information. Literally Tutoring does not need to retain full bank-card details where payment is made through a third-party payment service or bank transfer.</w:t>
      </w:r>
    </w:p>
    <w:p>
      <w:pPr>
        <w:pStyle w:val="ListBullet"/>
      </w:pPr>
      <w:r>
        <w:t>Relevant SEND information and other information about a learner’s needs where it is voluntarily supplied and useful for providing appropriate tuition.</w:t>
      </w:r>
    </w:p>
    <w:p>
      <w:pPr>
        <w:pStyle w:val="ListBullet"/>
      </w:pPr>
      <w:r>
        <w:t>CAT scores or similar assessment information where supplied. These are recommended only where useful and are not required.</w:t>
      </w:r>
    </w:p>
    <w:p>
      <w:pPr>
        <w:pStyle w:val="ListBullet"/>
      </w:pPr>
      <w:r>
        <w:t>Safeguarding information where a concern arises.</w:t>
      </w:r>
    </w:p>
    <w:p>
      <w:pPr>
        <w:pStyle w:val="ListBullet"/>
      </w:pPr>
      <w:r>
        <w:t>Technical website information, such as device, browser, IP address or cookie information, where collected by the website platform or enabled website tools.</w:t>
      </w:r>
    </w:p>
    <w:p>
      <w:pPr>
        <w:pStyle w:val="Heading1"/>
      </w:pPr>
      <w:r>
        <w:t>3. Why we use personal information</w:t>
      </w:r>
    </w:p>
    <w:p>
      <w:r>
        <w:t>Literally Tutoring uses personal information only where there is a clear purpose. These purposes include:</w:t>
      </w:r>
    </w:p>
    <w:p>
      <w:pPr>
        <w:pStyle w:val="ListBullet"/>
      </w:pPr>
      <w:r>
        <w:t>Responding to enquiries and arranging tuition.</w:t>
      </w:r>
    </w:p>
    <w:p>
      <w:pPr>
        <w:pStyle w:val="ListBullet"/>
      </w:pPr>
      <w:r>
        <w:t>Providing, adapting and reviewing tuition.</w:t>
      </w:r>
    </w:p>
    <w:p>
      <w:pPr>
        <w:pStyle w:val="ListBullet"/>
      </w:pPr>
      <w:r>
        <w:t>Communicating with parents, guardians and adult learners.</w:t>
      </w:r>
    </w:p>
    <w:p>
      <w:pPr>
        <w:pStyle w:val="ListBullet"/>
      </w:pPr>
      <w:r>
        <w:t>Managing bookings, attendance, cancellations, payments and invoices.</w:t>
      </w:r>
    </w:p>
    <w:p>
      <w:pPr>
        <w:pStyle w:val="ListBullet"/>
      </w:pPr>
      <w:r>
        <w:t>Maintaining appropriate educational and business records.</w:t>
      </w:r>
    </w:p>
    <w:p>
      <w:pPr>
        <w:pStyle w:val="ListBullet"/>
      </w:pPr>
      <w:r>
        <w:t>Meeting tax, accounting and other legal obligations.</w:t>
      </w:r>
    </w:p>
    <w:p>
      <w:pPr>
        <w:pStyle w:val="ListBullet"/>
      </w:pPr>
      <w:r>
        <w:t>Protecting the safety and welfare of learners and responding to safeguarding concerns.</w:t>
      </w:r>
    </w:p>
    <w:p>
      <w:pPr>
        <w:pStyle w:val="ListBullet"/>
      </w:pPr>
      <w:r>
        <w:t>Handling complaints or disputes.</w:t>
      </w:r>
    </w:p>
    <w:p>
      <w:pPr>
        <w:pStyle w:val="ListBullet"/>
      </w:pPr>
      <w:r>
        <w:t>Maintaining the security and functionality of the website and online tuition services.</w:t>
      </w:r>
    </w:p>
    <w:p>
      <w:pPr>
        <w:pStyle w:val="Heading1"/>
      </w:pPr>
      <w:r>
        <w:t>4. Lawful bases</w:t>
      </w:r>
    </w:p>
    <w:p>
      <w:r>
        <w:t>Under UK data-protection law, Literally Tutoring must have a lawful basis for using personal information. The basis depends on the purpose.</w:t>
      </w:r>
    </w:p>
    <w:p>
      <w:pPr>
        <w:pStyle w:val="ListBullet"/>
      </w:pPr>
      <w:r>
        <w:t>Contract: where information is needed to take steps requested before tuition begins or to provide the agreed tutoring service.</w:t>
      </w:r>
    </w:p>
    <w:p>
      <w:pPr>
        <w:pStyle w:val="ListBullet"/>
      </w:pPr>
      <w:r>
        <w:t>Legal obligation: where information must be kept or used to comply with law, including relevant tax and accounting requirements.</w:t>
      </w:r>
    </w:p>
    <w:p>
      <w:pPr>
        <w:pStyle w:val="ListBullet"/>
      </w:pPr>
      <w:r>
        <w:t>Legitimate interests: where information is reasonably necessary to operate and protect the tutoring service, maintain appropriate records, respond to enquiries, improve service administration or establish, exercise or defend legal claims, provided those interests are not overridden by the individual’s rights and interests.</w:t>
      </w:r>
    </w:p>
    <w:p>
      <w:pPr>
        <w:pStyle w:val="ListBullet"/>
      </w:pPr>
      <w:r>
        <w:t>Consent: where consent is the appropriate basis, including for optional activities for which the individual has a genuine choice. Consent may be withdrawn at any time, although withdrawal does not make earlier lawful processing unlawful.</w:t>
      </w:r>
    </w:p>
    <w:p>
      <w:pPr>
        <w:pStyle w:val="Heading1"/>
      </w:pPr>
      <w:r>
        <w:t>5. SEND, health and other special-category information</w:t>
      </w:r>
    </w:p>
    <w:p>
      <w:r>
        <w:t>Some information about a learner’s SEND or support needs may reveal health information and therefore amount to special-category personal data. Literally Tutoring will collect such information only where it is relevant to the service or safeguarding and will minimise what is requested.</w:t>
      </w:r>
    </w:p>
    <w:p>
      <w:r>
        <w:t>Where SEND or health information is voluntarily supplied for the purpose of tailoring tuition, Literally Tutoring will normally rely on explicit consent as the additional condition for processing that special-category information. A parent or guardian may provide the information for an under-18 learner where appropriate; the learner’s own rights and level of understanding will also be respected.</w:t>
      </w:r>
    </w:p>
    <w:p>
      <w:r>
        <w:t>Where special-category information must be processed because of a safeguarding concern, a different lawful condition may apply under the UK GDPR and Data Protection Act 2018, including conditions relating to safeguarding children or individuals at risk. Safeguarding information will be handled in accordance with the Safeguarding &amp; Child Protection Policy.</w:t>
      </w:r>
    </w:p>
    <w:p>
      <w:pPr>
        <w:pStyle w:val="Heading1"/>
      </w:pPr>
      <w:r>
        <w:t>6. Children’s information</w:t>
      </w:r>
    </w:p>
    <w:p>
      <w:r>
        <w:t>Children have data-protection rights in their own personal information. Literally Tutoring recognises that those rights belong to the child, even where a parent or guardian normally manages bookings and routine communication.</w:t>
      </w:r>
    </w:p>
    <w:p>
      <w:r>
        <w:t>For learners under 18, routine business communication is conducted through a parent or guardian. If a child is sufficiently mature to understand and exercise their own data-protection rights, a request concerning their information will be considered accordingly. Where a parent makes a request on a child’s behalf, Literally Tutoring may need to consider the child’s age, understanding, wishes and the parent’s authority before disclosing information.</w:t>
      </w:r>
    </w:p>
    <w:p>
      <w:r>
        <w:t>Privacy information will be explained in clear, age-appropriate language where necessary.</w:t>
      </w:r>
    </w:p>
    <w:p>
      <w:pPr>
        <w:pStyle w:val="Heading1"/>
      </w:pPr>
      <w:r>
        <w:t>7. Website enquiries and contact forms</w:t>
      </w:r>
    </w:p>
    <w:p>
      <w:r>
        <w:t>The Literally Tutoring website may collect information submitted through contact forms, including names, contact details, preferred dates or times and messages. This information is used to respond to the enquiry, arrange tuition and maintain an appropriate business record.</w:t>
      </w:r>
    </w:p>
    <w:p>
      <w:r>
        <w:t>The website is hosted using Wix. Website hosting, forms, analytics, cookies or other enabled Wix features may therefore involve processing by Wix and its service providers. The separate Cookie Policy will explain the use of cookies and similar technologies where applicable.</w:t>
      </w:r>
    </w:p>
    <w:p>
      <w:pPr>
        <w:pStyle w:val="Heading1"/>
      </w:pPr>
      <w:r>
        <w:t>8. Online tuition and third-party services</w:t>
      </w:r>
    </w:p>
    <w:p>
      <w:r>
        <w:t>Online lessons may use Google Meet, Zoom or Microsoft Teams. Business records may be stored using Google Drive. These providers process information under their own contractual and privacy arrangements and may act as data processors or independent controllers depending on the service and circumstances.</w:t>
      </w:r>
    </w:p>
    <w:p>
      <w:r>
        <w:t>Literally Tutoring will use appropriate account security and privacy settings and will limit information shared with third-party services to what is reasonably necessary.</w:t>
      </w:r>
    </w:p>
    <w:p>
      <w:r>
        <w:t>Lessons are not recorded as standard. If a lesson is to be recorded, there must be a clear reason and prior written agreement from the parent or guardian, or from the adult learner. The purpose, access and intended retention of the recording will be made clear before recording begins.</w:t>
      </w:r>
    </w:p>
    <w:p>
      <w:pPr>
        <w:pStyle w:val="Heading1"/>
      </w:pPr>
      <w:r>
        <w:t>9. Sharing information</w:t>
      </w:r>
    </w:p>
    <w:p>
      <w:r>
        <w:t>Literally Tutoring does not sell personal information.</w:t>
      </w:r>
    </w:p>
    <w:p>
      <w:r>
        <w:t>Personal information may be shared only where reasonably necessary, including with:</w:t>
      </w:r>
    </w:p>
    <w:p>
      <w:pPr>
        <w:pStyle w:val="ListBullet"/>
      </w:pPr>
      <w:r>
        <w:t>Technology, website, communications, storage, accounting or payment providers used to operate the service.</w:t>
      </w:r>
    </w:p>
    <w:p>
      <w:pPr>
        <w:pStyle w:val="ListBullet"/>
      </w:pPr>
      <w:r>
        <w:t>Professional advisers, insurers or legal advisers where necessary.</w:t>
      </w:r>
    </w:p>
    <w:p>
      <w:pPr>
        <w:pStyle w:val="ListBullet"/>
      </w:pPr>
      <w:r>
        <w:t>HM Revenue &amp; Customs or another public authority where required by law.</w:t>
      </w:r>
    </w:p>
    <w:p>
      <w:pPr>
        <w:pStyle w:val="ListBullet"/>
      </w:pPr>
      <w:r>
        <w:t>Children’s social care, a Local Authority Designated Officer, police, emergency services or another appropriate safeguarding body where necessary to protect a child or respond to a safeguarding concern.</w:t>
      </w:r>
    </w:p>
    <w:p>
      <w:pPr>
        <w:pStyle w:val="ListBullet"/>
      </w:pPr>
      <w:r>
        <w:t>Other persons where the individual has asked or validly agreed that the information be shared.</w:t>
      </w:r>
    </w:p>
    <w:p>
      <w:r>
        <w:t>Safeguarding information may be shared without consent where this is necessary and lawful to protect a child or another person. Literally Tutoring will share only information that is relevant and proportionate to the purpose.</w:t>
      </w:r>
    </w:p>
    <w:p>
      <w:pPr>
        <w:pStyle w:val="Heading1"/>
      </w:pPr>
      <w:r>
        <w:t>10. International transfers</w:t>
      </w:r>
    </w:p>
    <w:p>
      <w:r>
        <w:t>Some technology providers used by Literally Tutoring may store or process information outside the United Kingdom. Where this occurs, Literally Tutoring will use providers that put appropriate transfer arrangements or safeguards in place as required by UK data-protection law.</w:t>
      </w:r>
    </w:p>
    <w:p>
      <w:pPr>
        <w:pStyle w:val="Heading1"/>
      </w:pPr>
      <w:r>
        <w:t>11. How information is kept secure</w:t>
      </w:r>
    </w:p>
    <w:p>
      <w:r>
        <w:t>Literally Tutoring takes reasonable technical and organisational measures to protect personal information. Measures include restricted access to business records, appropriate password protection, account security features and limiting the amount of personal information collected.</w:t>
      </w:r>
    </w:p>
    <w:p>
      <w:r>
        <w:t>Google Drive is used for business records. Safeguarding records will be kept separately or clearly distinguished from ordinary teaching notes where practicable and access will be restricted.</w:t>
      </w:r>
    </w:p>
    <w:p>
      <w:r>
        <w:t>No method of electronic storage or transmission can be guaranteed to be completely secure. Any suspected personal-data breach will be assessed and, where legally required, reported to the Information Commissioner’s Office and affected individuals.</w:t>
      </w:r>
    </w:p>
    <w:p>
      <w:pPr>
        <w:pStyle w:val="Heading1"/>
      </w:pPr>
      <w:r>
        <w:t>12. How long information is kept</w:t>
      </w:r>
    </w:p>
    <w:p>
      <w:r>
        <w:t>Literally Tutoring keeps personal information only for as long as it is reasonably needed for the purpose for which it was collected, including legal, tax, safeguarding and dispute-resolution requirements.</w:t>
      </w:r>
    </w:p>
    <w:p>
      <w:pPr>
        <w:pStyle w:val="ListBullet"/>
      </w:pPr>
      <w:r>
        <w:t>Routine enquiry information that does not lead to tuition: normally deleted when it is no longer reasonably required for follow-up or business administration.</w:t>
      </w:r>
    </w:p>
    <w:p>
      <w:pPr>
        <w:pStyle w:val="ListBullet"/>
      </w:pPr>
      <w:r>
        <w:t>Teaching, booking and ordinary client records: retained for a reasonable period after tuition ends where needed for service history, complaints or legal claims, then securely deleted or anonymised.</w:t>
      </w:r>
    </w:p>
    <w:p>
      <w:pPr>
        <w:pStyle w:val="ListBullet"/>
      </w:pPr>
      <w:r>
        <w:t>Financial and tax records: may be retained for up to seven years to support tax, accounting and legal record-keeping.</w:t>
      </w:r>
    </w:p>
    <w:p>
      <w:pPr>
        <w:pStyle w:val="ListBullet"/>
      </w:pPr>
      <w:r>
        <w:t>Safeguarding records: retained according to the nature of the concern and applicable safeguarding and legal requirements, rather than automatically deleted with ordinary teaching records.</w:t>
      </w:r>
    </w:p>
    <w:p>
      <w:pPr>
        <w:pStyle w:val="ListBullet"/>
      </w:pPr>
      <w:r>
        <w:t>Lesson recordings, where exceptionally agreed: retained only for the stated purpose and for the period communicated when consent is obtained, then securely deleted unless there is a lawful reason to preserve them.</w:t>
      </w:r>
    </w:p>
    <w:p>
      <w:pPr>
        <w:pStyle w:val="Heading1"/>
      </w:pPr>
      <w:r>
        <w:t>13. Your data-protection rights</w:t>
      </w:r>
    </w:p>
    <w:p>
      <w:r>
        <w:t>Depending on the circumstances, individuals may have rights to:</w:t>
      </w:r>
    </w:p>
    <w:p>
      <w:pPr>
        <w:pStyle w:val="ListBullet"/>
      </w:pPr>
      <w:r>
        <w:t>Be informed about how their personal information is used.</w:t>
      </w:r>
    </w:p>
    <w:p>
      <w:pPr>
        <w:pStyle w:val="ListBullet"/>
      </w:pPr>
      <w:r>
        <w:t>Ask for access to their personal information.</w:t>
      </w:r>
    </w:p>
    <w:p>
      <w:pPr>
        <w:pStyle w:val="ListBullet"/>
      </w:pPr>
      <w:r>
        <w:t>Ask for inaccurate information to be corrected.</w:t>
      </w:r>
    </w:p>
    <w:p>
      <w:pPr>
        <w:pStyle w:val="ListBullet"/>
      </w:pPr>
      <w:r>
        <w:t>Ask for information to be erased in certain circumstances.</w:t>
      </w:r>
    </w:p>
    <w:p>
      <w:pPr>
        <w:pStyle w:val="ListBullet"/>
      </w:pPr>
      <w:r>
        <w:t>Ask for processing to be restricted in certain circumstances.</w:t>
      </w:r>
    </w:p>
    <w:p>
      <w:pPr>
        <w:pStyle w:val="ListBullet"/>
      </w:pPr>
      <w:r>
        <w:t>Object to processing based on legitimate interests in certain circumstances.</w:t>
      </w:r>
    </w:p>
    <w:p>
      <w:pPr>
        <w:pStyle w:val="ListBullet"/>
      </w:pPr>
      <w:r>
        <w:t>Receive certain information in a portable format where the right to data portability applies.</w:t>
      </w:r>
    </w:p>
    <w:p>
      <w:pPr>
        <w:pStyle w:val="ListBullet"/>
      </w:pPr>
      <w:r>
        <w:t>Withdraw consent at any time where processing is based on consent.</w:t>
      </w:r>
    </w:p>
    <w:p>
      <w:pPr>
        <w:pStyle w:val="ListBullet"/>
      </w:pPr>
      <w:r>
        <w:t>Complain to the Information Commissioner’s Office.</w:t>
      </w:r>
    </w:p>
    <w:p>
      <w:r>
        <w:t>These rights are not absolute and exemptions may apply, particularly where information must be retained for legal or safeguarding reasons.</w:t>
      </w:r>
    </w:p>
    <w:p>
      <w:pPr>
        <w:pStyle w:val="Heading1"/>
      </w:pPr>
      <w:r>
        <w:t>14. Requests about personal information</w:t>
      </w:r>
    </w:p>
    <w:p>
      <w:r>
        <w:t>Requests concerning personal information can be made using the contact details published at literallytutoring.co.uk. Literally Tutoring may need to verify identity or authority before providing information, particularly where a request concerns a child or information about another person.</w:t>
      </w:r>
    </w:p>
    <w:p>
      <w:r>
        <w:t>Data-protection requests will be handled within the time limits required by law.</w:t>
      </w:r>
    </w:p>
    <w:p>
      <w:pPr>
        <w:pStyle w:val="Heading1"/>
      </w:pPr>
      <w:r>
        <w:t>15. Complaints to the ICO</w:t>
      </w:r>
    </w:p>
    <w:p>
      <w:r>
        <w:t>If you are unhappy with how Literally Tutoring has handled personal information, please raise the concern with Literally Tutoring first where appropriate. You also have the right to complain to the Information Commissioner’s Office (ICO), the UK regulator for data protection.</w:t>
      </w:r>
    </w:p>
    <w:p>
      <w:r>
        <w:t>ICO website: https://ico.org.uk/</w:t>
      </w:r>
    </w:p>
    <w:p>
      <w:pPr>
        <w:pStyle w:val="Heading1"/>
      </w:pPr>
      <w:r>
        <w:t>16. Changes to this policy</w:t>
      </w:r>
    </w:p>
    <w:p>
      <w:r>
        <w:t>This policy will be reviewed at least annually and may be updated sooner if the law, official guidance, technology providers or Literally Tutoring’s working practices change. The current version will be made available through literallytutoring.co.uk.</w:t>
      </w:r>
    </w:p>
    <w:p>
      <w:pPr>
        <w:pStyle w:val="Heading1"/>
      </w:pPr>
      <w:r>
        <w:t>Reference framework</w:t>
      </w:r>
    </w:p>
    <w:p>
      <w:r>
        <w:t>This policy has been prepared with reference to the UK General Data Protection Regulation, the Data Protection Act 2018 and current Information Commissioner’s Office guidance, including guidance on children’s information, lawful bases, special-category data and individual rights. ICO guidance is under continuing review following changes introduced by the Data (Use and Access) Act 2025, so this policy should be reviewed when relevant ICO guidance is updated.</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Literally Tutoring • Privacy Policy • Version 1.0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F28C28"/>
        <w:sz w:val="18"/>
      </w:rPr>
      <w:t>LITERALLY TUTORING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F28C2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